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/>
        <w:spacing w:after="0"/>
        <w:jc w:val="center"/>
      </w:pPr>
      <w:r>
        <w:rPr>
          <w:b/>
          <w:sz w:val="16"/>
        </w:rPr>
        <w:t>MINISTERO DELL’ISTRUZIONE E DEL MERITO</w:t>
      </w:r>
    </w:p>
    <w:p>
      <w:pPr>
        <w:widowControl/>
        <w:spacing w:after="0"/>
        <w:jc w:val="center"/>
      </w:pPr>
      <w:r>
        <w:rPr>
          <w:b/>
          <w:sz w:val="16"/>
        </w:rPr>
        <w:t>UFFICIO SCOLASTICO REGIONALE PER IL LAZIO</w:t>
      </w:r>
    </w:p>
    <w:p>
      <w:pPr>
        <w:widowControl/>
        <w:spacing w:after="0"/>
        <w:jc w:val="center"/>
      </w:pPr>
      <w:r>
        <w:rPr>
          <w:b/>
          <w:sz w:val="20"/>
        </w:rPr>
        <w:t>LICEO GINNASIO STATALE “ORAZIO”</w:t>
      </w:r>
    </w:p>
    <w:p>
      <w:pPr>
        <w:widowControl/>
        <w:spacing w:after="0"/>
        <w:jc w:val="center"/>
      </w:pPr>
      <w:r>
        <w:rPr>
          <w:b w:val="0"/>
          <w:sz w:val="15"/>
        </w:rPr>
        <w:t>Via Alberto Savinio, 40 - 00141 ROMA  |  C.F. 80258390584  |  Codice univoco UFOAOG</w:t>
      </w:r>
    </w:p>
    <w:p>
      <w:pPr>
        <w:widowControl/>
        <w:spacing w:after="20"/>
        <w:jc w:val="center"/>
      </w:pPr>
      <w:r>
        <w:rPr>
          <w:b w:val="0"/>
          <w:sz w:val="15"/>
        </w:rPr>
        <w:t>e-mail: rmpc150008@istruzione.it  |  PEC: rmpc150008@pec.istruzione.it</w:t>
      </w:r>
    </w:p>
    <w:p>
      <w:pPr>
        <w:spacing w:after="40"/>
        <w:widowControl/>
        <w:pBdr>
          <w:bottom w:val="single" w:sz="5" w:space="1" w:color="808080"/>
        </w:pBdr>
      </w:pPr>
    </w:p>
    <w:p>
      <w:pPr>
        <w:widowControl/>
        <w:spacing w:after="0"/>
        <w:jc w:val="center"/>
      </w:pPr>
      <w:r>
        <w:rPr>
          <w:b/>
          <w:sz w:val="22"/>
        </w:rPr>
        <w:t>RICHIESTA DI ADESIONE AL PROGETTO</w:t>
      </w:r>
    </w:p>
    <w:p>
      <w:pPr>
        <w:widowControl/>
        <w:spacing w:after="0"/>
        <w:jc w:val="center"/>
      </w:pPr>
      <w:r>
        <w:rPr>
          <w:b/>
          <w:sz w:val="24"/>
        </w:rPr>
        <w:t>“STUDENTE-ATLETA DI ALTO LIVELLO”</w:t>
      </w:r>
    </w:p>
    <w:p>
      <w:pPr>
        <w:widowControl/>
        <w:spacing w:after="20"/>
        <w:jc w:val="center"/>
      </w:pPr>
      <w:r>
        <w:rPr>
          <w:b/>
          <w:sz w:val="19"/>
        </w:rPr>
        <w:t>Anno scolastico 2026/2027</w:t>
      </w:r>
    </w:p>
    <w:p>
      <w:pPr>
        <w:widowControl/>
        <w:spacing w:after="20"/>
        <w:jc w:val="right"/>
      </w:pPr>
      <w:r>
        <w:rPr>
          <w:b/>
          <w:sz w:val="17"/>
        </w:rPr>
        <w:t>Alla Dirigente Scolastica del Liceo Ginnasio Statale “Orazio” – Roma</w:t>
      </w:r>
    </w:p>
    <w:p>
      <w:pPr>
        <w:widowControl/>
      </w:pPr>
      <w:r>
        <w:t xml:space="preserve">Il/La sottoscritto/a </w:t>
      </w:r>
      <w:r>
        <w:t>____________________________________________________________</w:t>
      </w:r>
    </w:p>
    <w:p>
      <w:pPr>
        <w:widowControl/>
      </w:pPr>
      <w:r>
        <w:t>in qualità di:  □ genitore/esercente la responsabilità genitoriale   □ tutore   □ studente/studentessa maggiorenne</w:t>
      </w:r>
    </w:p>
    <w:p>
      <w:pPr>
        <w:widowControl/>
      </w:pPr>
      <w:r>
        <w:t xml:space="preserve">dello/a studente/studentessa </w:t>
      </w:r>
      <w:r>
        <w:t>________________________________________________________</w:t>
      </w:r>
    </w:p>
    <w:p>
      <w:pPr>
        <w:widowControl/>
      </w:pPr>
      <w:r>
        <w:t xml:space="preserve">nato/a a </w:t>
      </w:r>
      <w:r>
        <w:t>____________________________________</w:t>
      </w:r>
      <w:r>
        <w:t xml:space="preserve"> il </w:t>
      </w:r>
      <w:r>
        <w:t>__________________</w:t>
      </w:r>
    </w:p>
    <w:p>
      <w:pPr>
        <w:widowControl/>
      </w:pPr>
      <w:r>
        <w:t xml:space="preserve">frequentante nell’a.s. 2026/2027 la classe </w:t>
      </w:r>
      <w:r>
        <w:t>______</w:t>
      </w:r>
      <w:r>
        <w:t xml:space="preserve"> sez. </w:t>
      </w:r>
      <w:r>
        <w:t>______</w:t>
      </w:r>
      <w:r>
        <w:t xml:space="preserve">   indirizzo  □ Liceo Classico   □ Liceo Linguistico</w:t>
      </w:r>
    </w:p>
    <w:p>
      <w:pPr>
        <w:widowControl/>
      </w:pPr>
      <w:r>
        <w:t xml:space="preserve">e-mail di riferimento </w:t>
      </w:r>
      <w:r>
        <w:t>____________________________________________</w:t>
      </w:r>
      <w:r>
        <w:t xml:space="preserve">   telefono </w:t>
      </w:r>
      <w:r>
        <w:t>________________________</w:t>
      </w:r>
    </w:p>
    <w:p>
      <w:pPr>
        <w:pStyle w:val="SectionHead"/>
        <w:widowControl/>
        <w:jc w:val="center"/>
      </w:pPr>
      <w:r>
        <w:t>CHIEDE</w:t>
      </w:r>
    </w:p>
    <w:p>
      <w:pPr>
        <w:widowControl/>
        <w:jc w:val="both"/>
      </w:pPr>
      <w:r>
        <w:t xml:space="preserve">l’adesione dello/a studente/studentessa sopra indicato/a al </w:t>
      </w:r>
      <w:r>
        <w:rPr>
          <w:b/>
        </w:rPr>
        <w:t>Progetto didattico sperimentale “Studente-atleta di alto livello” per l’a.s. 2026/2027</w:t>
      </w:r>
      <w:r>
        <w:t>, disciplinato dal D.M. 3 marzo 2023, n. 43 e dalla Nota del Ministero dell’Istruzione e del Merito n. 3964 del 15 settembre 2026.</w:t>
      </w:r>
    </w:p>
    <w:p>
      <w:pPr>
        <w:widowControl/>
        <w:spacing w:after="20"/>
      </w:pPr>
      <w:r>
        <w:t>A tal fine comunica i seguenti dati relativi all’attività sportiva:</w:t>
      </w:r>
    </w:p>
    <w:p>
      <w:pPr>
        <w:widowControl/>
        <w:spacing w:after="0"/>
      </w:pPr>
      <w:r>
        <w:rPr>
          <w:b/>
        </w:rPr>
        <w:t xml:space="preserve">Disciplina sportiva praticata: </w:t>
      </w:r>
      <w:r>
        <w:t>_______________________________________________________________</w:t>
      </w:r>
    </w:p>
    <w:p>
      <w:pPr>
        <w:widowControl/>
        <w:spacing w:after="0"/>
      </w:pPr>
      <w:r>
        <w:rPr>
          <w:b/>
        </w:rPr>
        <w:t xml:space="preserve">Società/Associazione sportiva di appartenenza: </w:t>
      </w:r>
      <w:r>
        <w:t>_______________________________________________________________</w:t>
      </w:r>
    </w:p>
    <w:p>
      <w:pPr>
        <w:widowControl/>
        <w:spacing w:after="0"/>
      </w:pPr>
      <w:r>
        <w:rPr>
          <w:b/>
        </w:rPr>
        <w:t xml:space="preserve">Federazione Sportiva Nazionale / Disciplina Sportiva Associata di riferimento: </w:t>
      </w:r>
      <w:r>
        <w:t>________________________________</w:t>
      </w:r>
    </w:p>
    <w:p>
      <w:pPr>
        <w:widowControl/>
        <w:spacing w:after="0"/>
      </w:pPr>
      <w:r>
        <w:rPr>
          <w:b/>
        </w:rPr>
        <w:t xml:space="preserve">Ente certificatore che ha rilasciato l’attestazione: </w:t>
      </w:r>
      <w:r>
        <w:t>__________________________________________</w:t>
      </w:r>
    </w:p>
    <w:p>
      <w:pPr>
        <w:widowControl/>
        <w:spacing w:after="0"/>
      </w:pPr>
      <w:r>
        <w:rPr>
          <w:b/>
        </w:rPr>
        <w:t xml:space="preserve">Requisito di accesso al Progetto posseduto (Allegato 2 alla Nota MIM n. 3964/2026): </w:t>
      </w:r>
      <w:r>
        <w:t>________________________</w:t>
      </w:r>
    </w:p>
    <w:p>
      <w:pPr>
        <w:widowControl/>
        <w:spacing w:after="0"/>
      </w:pPr>
      <w:r>
        <w:t>________________________________________________________________________________________</w:t>
      </w:r>
    </w:p>
    <w:p>
      <w:pPr>
        <w:pStyle w:val="SectionHead"/>
        <w:widowControl/>
        <w:jc w:val="center"/>
      </w:pPr>
      <w:r>
        <w:t>DICHIARA</w:t>
      </w:r>
    </w:p>
    <w:p>
      <w:pPr>
        <w:widowControl/>
        <w:spacing w:after="0"/>
        <w:ind w:left="198" w:hanging="142"/>
      </w:pPr>
      <w:r>
        <w:t>• di aver preso visione della Nota MIM n. 3964 del 15 settembre 2026 e dei relativi allegati;</w:t>
      </w:r>
    </w:p>
    <w:p>
      <w:pPr>
        <w:widowControl/>
        <w:spacing w:after="0"/>
        <w:ind w:left="198" w:hanging="142"/>
      </w:pPr>
      <w:r>
        <w:t>• che lo/a studente/studentessa è in possesso dei requisiti previsti per l’accesso al Progetto per l’a.s. 2026/2027;</w:t>
      </w:r>
    </w:p>
    <w:p>
      <w:pPr>
        <w:widowControl/>
        <w:spacing w:after="0"/>
        <w:ind w:left="198" w:hanging="142"/>
      </w:pPr>
      <w:r>
        <w:t>• di essere consapevole che il riconoscimento dello status di “Studente-atleta di alto livello” e l’applicazione delle relative misure di personalizzazione sono subordinati alla validazione dell’istanza attraverso la piattaforma ministeriale;</w:t>
      </w:r>
    </w:p>
    <w:p>
      <w:pPr>
        <w:widowControl/>
        <w:spacing w:after="0"/>
        <w:ind w:left="198" w:hanging="142"/>
      </w:pPr>
      <w:r>
        <w:t>• di impegnarsi a comunicare tempestivamente alla scuola eventuali variazioni significative degli impegni sportivi utili ai fini della predisposizione o dell’aggiornamento del Percorso Formativo Personalizzato.</w:t>
      </w:r>
    </w:p>
    <w:p>
      <w:pPr>
        <w:pStyle w:val="SectionHead"/>
        <w:widowControl/>
        <w:jc w:val="center"/>
      </w:pPr>
      <w:r>
        <w:t>ALLEGA</w:t>
      </w:r>
    </w:p>
    <w:p>
      <w:pPr>
        <w:widowControl/>
        <w:spacing w:after="0"/>
        <w:ind w:left="170"/>
      </w:pPr>
      <w:r>
        <w:t>□ Attestazione sportiva conforme al modello ministeriale di cui all’Allegato 3 alla Nota MIM n. 3964/2026, rilasciata dall’Ente certificatore competente;</w:t>
      </w:r>
    </w:p>
    <w:p>
      <w:pPr>
        <w:widowControl/>
        <w:spacing w:after="0"/>
        <w:ind w:left="170"/>
      </w:pPr>
      <w:r>
        <w:t>□ Calendario presunto degli allenamenti, delle gare e degli altri impegni sportivi, ove disponibile.</w:t>
      </w:r>
    </w:p>
    <w:p>
      <w:pPr>
        <w:widowControl/>
        <w:spacing w:before="20" w:after="20"/>
        <w:jc w:val="both"/>
      </w:pPr>
      <w:r>
        <w:t>Il/La sottoscritto/a dichiara di essere consapevole che la scuola potrà richiedere eventuali integrazioni documentali necessarie alla corretta presentazione e validazione dell’istanza.</w:t>
      </w:r>
    </w:p>
    <w:p>
      <w:pPr>
        <w:widowControl/>
        <w:spacing w:before="60" w:after="20"/>
      </w:pPr>
      <w:r>
        <w:t>Roma, ______________________</w:t>
      </w:r>
    </w:p>
    <w:p>
      <w:pPr>
        <w:widowControl/>
        <w:spacing w:after="0"/>
        <w:jc w:val="right"/>
      </w:pPr>
      <w:r>
        <w:rPr>
          <w:b/>
        </w:rPr>
        <w:t>Firma del genitore/tutore o dello/a studente/studentessa maggiorenne</w:t>
      </w:r>
    </w:p>
    <w:p>
      <w:pPr>
        <w:widowControl/>
        <w:spacing w:after="0"/>
        <w:jc w:val="right"/>
      </w:pPr>
      <w:r>
        <w:t>________________________________________</w:t>
      </w:r>
    </w:p>
    <w:sectPr w:rsidR="00FC693F" w:rsidRPr="0006063C" w:rsidSect="00034616">
      <w:footerReference w:type="default" r:id="rId9"/>
      <w:pgSz w:w="12240" w:h="15840"/>
      <w:pgMar w:top="567" w:right="935" w:bottom="567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sz w:val="14"/>
      </w:rPr>
      <w:t>Liceo Ginnasio Statale “Orazio” – Modello richiesta Studente-atleta di alto livello a.s. 2026/2027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20" w:line="228" w:lineRule="auto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ectionHead">
    <w:name w:val="SectionHead"/>
    <w:pPr>
      <w:spacing w:before="60" w:after="20"/>
    </w:pPr>
    <w:rPr>
      <w:rFonts w:ascii="Arial" w:hAnsi="Arial"/>
      <w:b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richiesta Studente-atleta di alto livello a.s. 2026/2027</dc:title>
  <dc:subject/>
  <dc:creator>Liceo Ginnasio Statale Orazio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